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Музей, театр, библиотека, дом культуры, школа искусств</w:t>
      </w:r>
    </w:p>
    <w:p>
      <w:r>
        <w:rPr>
          <w:b/>
        </w:rPr>
        <w:t xml:space="preserve">Основание: ПП РФ № 176.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музей, театр, библиотека, дом культуры, школа искусств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учреждения; основной вид деятельности — культура? (для негосударственных организаций)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Учредитель (Минкультуры / субъект / муниципалитет / частная организация)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мест в зрительных залах; максимальное число посетителей одновременно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Хранилища фондов, ценные коллекции, объект культурного наследия (да/нет)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Массовые мероприятия: сколько в год, максимум участников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